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80E" w:rsidRDefault="00CF280E">
      <w:pPr>
        <w:spacing w:after="40"/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               </w:t>
      </w:r>
      <w:proofErr w:type="gramStart"/>
      <w:r>
        <w:rPr>
          <w:b/>
          <w:sz w:val="28"/>
        </w:rPr>
        <w:t>..</w:t>
      </w:r>
      <w:proofErr w:type="gramEnd"/>
      <w:r>
        <w:rPr>
          <w:b/>
          <w:sz w:val="28"/>
        </w:rPr>
        <w:t>/../2026</w:t>
      </w:r>
    </w:p>
    <w:p w:rsidR="003D56DA" w:rsidRDefault="009209F6">
      <w:pPr>
        <w:spacing w:after="40"/>
        <w:jc w:val="center"/>
      </w:pPr>
      <w:r>
        <w:rPr>
          <w:b/>
          <w:sz w:val="28"/>
        </w:rPr>
        <w:t>BURSA ULUDAĞ ÜNİVERSİTESİ</w:t>
      </w:r>
    </w:p>
    <w:p w:rsidR="003D56DA" w:rsidRDefault="009209F6">
      <w:pPr>
        <w:spacing w:after="480"/>
        <w:jc w:val="center"/>
      </w:pPr>
      <w:r>
        <w:rPr>
          <w:b/>
          <w:sz w:val="28"/>
        </w:rPr>
        <w:t>MÜHENDİSLİK FAKÜLTESİ DEKANLIĞINA</w:t>
      </w:r>
    </w:p>
    <w:p w:rsidR="006722B1" w:rsidRDefault="00B572B0" w:rsidP="006722B1">
      <w:pPr>
        <w:spacing w:after="0" w:line="240" w:lineRule="auto"/>
        <w:jc w:val="both"/>
      </w:pPr>
      <w:r>
        <w:t xml:space="preserve">        </w:t>
      </w:r>
      <w:proofErr w:type="spellStart"/>
      <w:proofErr w:type="gramStart"/>
      <w:r w:rsidR="009209F6">
        <w:t>Fakülteniz</w:t>
      </w:r>
      <w:proofErr w:type="spellEnd"/>
      <w:r w:rsidR="009209F6">
        <w:t xml:space="preserve"> </w:t>
      </w:r>
      <w:r>
        <w:rPr>
          <w:b/>
        </w:rPr>
        <w:t xml:space="preserve"> …</w:t>
      </w:r>
      <w:proofErr w:type="gramEnd"/>
      <w:r>
        <w:rPr>
          <w:b/>
        </w:rPr>
        <w:t xml:space="preserve">…………………..  </w:t>
      </w:r>
      <w:proofErr w:type="spellStart"/>
      <w:r w:rsidR="009209F6">
        <w:t>Bölümü</w:t>
      </w:r>
      <w:proofErr w:type="spellEnd"/>
      <w:r w:rsidR="009209F6">
        <w:t xml:space="preserve"> </w:t>
      </w:r>
      <w:proofErr w:type="spellStart"/>
      <w:r w:rsidR="009209F6">
        <w:t>öğrencisi</w:t>
      </w:r>
      <w:proofErr w:type="spellEnd"/>
      <w:r w:rsidR="009209F6">
        <w:t xml:space="preserve"> </w:t>
      </w:r>
      <w:proofErr w:type="spellStart"/>
      <w:r w:rsidR="009209F6">
        <w:t>iken</w:t>
      </w:r>
      <w:proofErr w:type="spellEnd"/>
      <w:r w:rsidR="009209F6">
        <w:t xml:space="preserve"> </w:t>
      </w:r>
      <w:r>
        <w:rPr>
          <w:b/>
        </w:rPr>
        <w:t>…………………….</w:t>
      </w:r>
      <w:r w:rsidR="009209F6">
        <w:t xml:space="preserve"> dolayı kaydım silindi. </w:t>
      </w:r>
      <w:proofErr w:type="gramStart"/>
      <w:r>
        <w:t xml:space="preserve">09.08.2026 </w:t>
      </w:r>
      <w:r w:rsidR="009209F6">
        <w:t xml:space="preserve"> </w:t>
      </w:r>
      <w:proofErr w:type="spellStart"/>
      <w:r w:rsidR="009209F6">
        <w:t>tarih</w:t>
      </w:r>
      <w:proofErr w:type="spellEnd"/>
      <w:proofErr w:type="gramEnd"/>
      <w:r w:rsidR="009209F6">
        <w:t xml:space="preserve"> </w:t>
      </w:r>
      <w:proofErr w:type="spellStart"/>
      <w:r w:rsidR="009209F6">
        <w:t>ve</w:t>
      </w:r>
      <w:proofErr w:type="spellEnd"/>
      <w:r w:rsidR="009209F6">
        <w:t xml:space="preserve"> </w:t>
      </w:r>
      <w:r>
        <w:t>33335</w:t>
      </w:r>
      <w:r w:rsidR="009209F6">
        <w:t xml:space="preserve"> </w:t>
      </w:r>
      <w:proofErr w:type="spellStart"/>
      <w:r w:rsidR="009209F6">
        <w:t>sayılı</w:t>
      </w:r>
      <w:proofErr w:type="spellEnd"/>
      <w:r w:rsidR="009209F6">
        <w:t xml:space="preserve"> </w:t>
      </w:r>
      <w:proofErr w:type="spellStart"/>
      <w:r w:rsidR="009209F6">
        <w:t>Resmi</w:t>
      </w:r>
      <w:proofErr w:type="spellEnd"/>
      <w:r w:rsidR="009209F6">
        <w:t xml:space="preserve"> </w:t>
      </w:r>
      <w:proofErr w:type="spellStart"/>
      <w:r w:rsidR="009209F6">
        <w:t>Gazetede</w:t>
      </w:r>
      <w:proofErr w:type="spellEnd"/>
      <w:r w:rsidR="009209F6">
        <w:t xml:space="preserve"> </w:t>
      </w:r>
      <w:proofErr w:type="spellStart"/>
      <w:r w:rsidR="009209F6">
        <w:t>y</w:t>
      </w:r>
      <w:r>
        <w:t>ayımlanarak</w:t>
      </w:r>
      <w:proofErr w:type="spellEnd"/>
      <w:r>
        <w:t xml:space="preserve"> </w:t>
      </w:r>
      <w:proofErr w:type="spellStart"/>
      <w:r>
        <w:t>yürürlüğe</w:t>
      </w:r>
      <w:proofErr w:type="spellEnd"/>
      <w:r>
        <w:t xml:space="preserve"> </w:t>
      </w:r>
      <w:proofErr w:type="spellStart"/>
      <w:r>
        <w:t>giren</w:t>
      </w:r>
      <w:proofErr w:type="spellEnd"/>
      <w:r>
        <w:t xml:space="preserve"> 7592</w:t>
      </w:r>
      <w:r w:rsidR="009209F6">
        <w:t xml:space="preserve"> </w:t>
      </w:r>
      <w:proofErr w:type="spellStart"/>
      <w:r w:rsidR="009209F6">
        <w:t>sayılı</w:t>
      </w:r>
      <w:proofErr w:type="spellEnd"/>
      <w:r w:rsidR="009209F6">
        <w:t xml:space="preserve"> </w:t>
      </w:r>
      <w:proofErr w:type="spellStart"/>
      <w:r w:rsidR="009209F6">
        <w:t>Af</w:t>
      </w:r>
      <w:proofErr w:type="spellEnd"/>
      <w:r w:rsidR="009209F6">
        <w:t xml:space="preserve"> </w:t>
      </w:r>
      <w:proofErr w:type="spellStart"/>
      <w:r w:rsidR="009209F6">
        <w:t>Kanunundan</w:t>
      </w:r>
      <w:proofErr w:type="spellEnd"/>
      <w:r w:rsidR="009209F6">
        <w:t xml:space="preserve"> </w:t>
      </w:r>
      <w:proofErr w:type="spellStart"/>
      <w:r w:rsidR="009209F6">
        <w:t>yararlanmak</w:t>
      </w:r>
      <w:proofErr w:type="spellEnd"/>
      <w:r w:rsidR="009209F6">
        <w:t xml:space="preserve"> </w:t>
      </w:r>
      <w:proofErr w:type="spellStart"/>
      <w:r w:rsidR="009209F6">
        <w:t>için</w:t>
      </w:r>
      <w:proofErr w:type="spellEnd"/>
      <w:r w:rsidR="009209F6">
        <w:t xml:space="preserve"> müracaat ettim</w:t>
      </w:r>
      <w:r w:rsidR="009209F6" w:rsidRPr="00C4598F">
        <w:t xml:space="preserve">. </w:t>
      </w:r>
      <w:r w:rsidR="00C4598F" w:rsidRPr="00C4598F">
        <w:t xml:space="preserve">İlk </w:t>
      </w:r>
      <w:proofErr w:type="spellStart"/>
      <w:r w:rsidR="00C4598F" w:rsidRPr="00C4598F">
        <w:t>kayıt</w:t>
      </w:r>
      <w:proofErr w:type="spellEnd"/>
      <w:r w:rsidR="00C4598F" w:rsidRPr="00C4598F">
        <w:t xml:space="preserve"> </w:t>
      </w:r>
      <w:proofErr w:type="spellStart"/>
      <w:r w:rsidR="00C4598F" w:rsidRPr="00C4598F">
        <w:t>olduğum</w:t>
      </w:r>
      <w:proofErr w:type="spellEnd"/>
      <w:r w:rsidR="00C4598F" w:rsidRPr="00C4598F">
        <w:t xml:space="preserve"> </w:t>
      </w:r>
      <w:proofErr w:type="spellStart"/>
      <w:r w:rsidR="00C4598F" w:rsidRPr="00C4598F">
        <w:t>Bölümümüz</w:t>
      </w:r>
      <w:proofErr w:type="spellEnd"/>
      <w:r w:rsidR="00C4598F" w:rsidRPr="00C4598F">
        <w:t xml:space="preserve"> </w:t>
      </w:r>
      <w:proofErr w:type="spellStart"/>
      <w:r w:rsidR="00C4598F" w:rsidRPr="00C4598F">
        <w:t>Türkçe</w:t>
      </w:r>
      <w:proofErr w:type="spellEnd"/>
      <w:r w:rsidR="00C4598F" w:rsidRPr="00C4598F">
        <w:t xml:space="preserve"> Program </w:t>
      </w:r>
      <w:proofErr w:type="spellStart"/>
      <w:r w:rsidR="00C4598F" w:rsidRPr="00C4598F">
        <w:t>olduğu</w:t>
      </w:r>
      <w:proofErr w:type="spellEnd"/>
      <w:r w:rsidR="00C4598F" w:rsidRPr="00C4598F">
        <w:t xml:space="preserve"> </w:t>
      </w:r>
      <w:proofErr w:type="spellStart"/>
      <w:r w:rsidR="00C4598F" w:rsidRPr="00C4598F">
        <w:t>ve</w:t>
      </w:r>
      <w:proofErr w:type="spellEnd"/>
      <w:r w:rsidR="00C4598F" w:rsidRPr="00C4598F">
        <w:t xml:space="preserve"> </w:t>
      </w:r>
      <w:proofErr w:type="spellStart"/>
      <w:r w:rsidR="00C4598F" w:rsidRPr="00C4598F">
        <w:t>şuan</w:t>
      </w:r>
      <w:proofErr w:type="spellEnd"/>
      <w:r w:rsidR="00C4598F" w:rsidRPr="00C4598F">
        <w:t xml:space="preserve"> %30 </w:t>
      </w:r>
      <w:proofErr w:type="spellStart"/>
      <w:r w:rsidR="00C4598F" w:rsidRPr="00C4598F">
        <w:t>İngilizce</w:t>
      </w:r>
      <w:proofErr w:type="spellEnd"/>
      <w:r w:rsidR="00C4598F" w:rsidRPr="00C4598F">
        <w:t xml:space="preserve"> </w:t>
      </w:r>
      <w:proofErr w:type="spellStart"/>
      <w:r w:rsidR="00C4598F" w:rsidRPr="00C4598F">
        <w:t>Programına</w:t>
      </w:r>
      <w:proofErr w:type="spellEnd"/>
      <w:r w:rsidR="00C4598F" w:rsidRPr="00C4598F">
        <w:t xml:space="preserve"> </w:t>
      </w:r>
      <w:proofErr w:type="spellStart"/>
      <w:r w:rsidR="00C4598F" w:rsidRPr="00C4598F">
        <w:t>geçmiş</w:t>
      </w:r>
      <w:proofErr w:type="spellEnd"/>
      <w:r w:rsidR="00C4598F" w:rsidRPr="00C4598F">
        <w:t xml:space="preserve"> </w:t>
      </w:r>
      <w:proofErr w:type="spellStart"/>
      <w:r w:rsidR="00C4598F" w:rsidRPr="00C4598F">
        <w:t>olması</w:t>
      </w:r>
      <w:proofErr w:type="spellEnd"/>
      <w:r w:rsidR="00C4598F">
        <w:rPr>
          <w:b/>
        </w:rPr>
        <w:t xml:space="preserve"> </w:t>
      </w:r>
      <w:proofErr w:type="spellStart"/>
      <w:r w:rsidR="009209F6">
        <w:t>nedeniyle</w:t>
      </w:r>
      <w:proofErr w:type="spellEnd"/>
      <w:r w:rsidR="009209F6">
        <w:t xml:space="preserve"> </w:t>
      </w:r>
      <w:proofErr w:type="spellStart"/>
      <w:r w:rsidR="009209F6">
        <w:t>öğrenimime</w:t>
      </w:r>
      <w:proofErr w:type="spellEnd"/>
      <w:r w:rsidR="009209F6">
        <w:t xml:space="preserve"> </w:t>
      </w:r>
      <w:proofErr w:type="spellStart"/>
      <w:r w:rsidR="009209F6">
        <w:t>aşağıda</w:t>
      </w:r>
      <w:proofErr w:type="spellEnd"/>
      <w:r w:rsidR="009209F6">
        <w:t xml:space="preserve"> </w:t>
      </w:r>
      <w:proofErr w:type="spellStart"/>
      <w:r w:rsidR="009209F6">
        <w:t>belirtmiş</w:t>
      </w:r>
      <w:proofErr w:type="spellEnd"/>
      <w:r w:rsidR="009209F6">
        <w:t xml:space="preserve"> </w:t>
      </w:r>
      <w:proofErr w:type="spellStart"/>
      <w:r w:rsidR="009209F6">
        <w:t>olduğum</w:t>
      </w:r>
      <w:proofErr w:type="spellEnd"/>
      <w:r w:rsidR="009209F6">
        <w:t xml:space="preserve"> </w:t>
      </w:r>
      <w:proofErr w:type="spellStart"/>
      <w:r w:rsidR="009209F6">
        <w:t>Üniversitede</w:t>
      </w:r>
      <w:proofErr w:type="spellEnd"/>
      <w:r w:rsidR="009209F6">
        <w:t>/</w:t>
      </w:r>
      <w:proofErr w:type="spellStart"/>
      <w:r w:rsidR="009209F6">
        <w:t>Programda</w:t>
      </w:r>
      <w:proofErr w:type="spellEnd"/>
      <w:r w:rsidR="009209F6">
        <w:t xml:space="preserve"> </w:t>
      </w:r>
      <w:proofErr w:type="spellStart"/>
      <w:r w:rsidR="009209F6">
        <w:t>devam</w:t>
      </w:r>
      <w:proofErr w:type="spellEnd"/>
      <w:r w:rsidR="009209F6">
        <w:t xml:space="preserve"> </w:t>
      </w:r>
      <w:proofErr w:type="spellStart"/>
      <w:r w:rsidR="009209F6">
        <w:t>etmek</w:t>
      </w:r>
      <w:proofErr w:type="spellEnd"/>
      <w:r w:rsidR="009209F6">
        <w:t xml:space="preserve"> </w:t>
      </w:r>
      <w:proofErr w:type="spellStart"/>
      <w:r w:rsidR="009209F6">
        <w:t>istiyorum</w:t>
      </w:r>
      <w:proofErr w:type="spellEnd"/>
      <w:r w:rsidR="009209F6">
        <w:t>.</w:t>
      </w:r>
    </w:p>
    <w:p w:rsidR="006722B1" w:rsidRDefault="006722B1" w:rsidP="006722B1">
      <w:pPr>
        <w:spacing w:after="0" w:line="240" w:lineRule="auto"/>
        <w:jc w:val="both"/>
      </w:pPr>
    </w:p>
    <w:p w:rsidR="003D56DA" w:rsidRDefault="006722B1" w:rsidP="006722B1">
      <w:pPr>
        <w:spacing w:after="0" w:line="240" w:lineRule="auto"/>
        <w:jc w:val="both"/>
      </w:pPr>
      <w:r>
        <w:t xml:space="preserve">        </w:t>
      </w:r>
      <w:proofErr w:type="spellStart"/>
      <w:r w:rsidR="009209F6">
        <w:t>Bilgilerinizi</w:t>
      </w:r>
      <w:proofErr w:type="spellEnd"/>
      <w:r w:rsidR="009209F6">
        <w:t xml:space="preserve"> </w:t>
      </w:r>
      <w:proofErr w:type="spellStart"/>
      <w:r w:rsidR="009209F6">
        <w:t>arz</w:t>
      </w:r>
      <w:proofErr w:type="spellEnd"/>
      <w:r w:rsidR="009209F6">
        <w:t xml:space="preserve"> </w:t>
      </w:r>
      <w:proofErr w:type="spellStart"/>
      <w:r w:rsidR="009209F6">
        <w:t>ederim</w:t>
      </w:r>
      <w:proofErr w:type="spellEnd"/>
      <w:r w:rsidR="009209F6">
        <w:t>.</w:t>
      </w:r>
    </w:p>
    <w:p w:rsidR="006722B1" w:rsidRDefault="006722B1" w:rsidP="006722B1">
      <w:pPr>
        <w:spacing w:after="0" w:line="240" w:lineRule="auto"/>
        <w:jc w:val="both"/>
      </w:pPr>
    </w:p>
    <w:p w:rsidR="006722B1" w:rsidRDefault="006722B1" w:rsidP="006722B1">
      <w:pPr>
        <w:spacing w:after="0" w:line="240" w:lineRule="auto"/>
        <w:jc w:val="both"/>
      </w:pPr>
    </w:p>
    <w:p w:rsidR="006722B1" w:rsidRDefault="006722B1" w:rsidP="006722B1">
      <w:pPr>
        <w:spacing w:after="0" w:line="240" w:lineRule="auto"/>
        <w:jc w:val="both"/>
      </w:pPr>
      <w:bookmarkStart w:id="0" w:name="_GoBack"/>
      <w:bookmarkEnd w:id="0"/>
    </w:p>
    <w:p w:rsidR="006722B1" w:rsidRDefault="006722B1" w:rsidP="006722B1">
      <w:pPr>
        <w:spacing w:after="0" w:line="240" w:lineRule="auto"/>
        <w:jc w:val="both"/>
      </w:pPr>
    </w:p>
    <w:p w:rsidR="006722B1" w:rsidRDefault="006722B1" w:rsidP="006722B1">
      <w:pPr>
        <w:spacing w:after="0" w:line="240" w:lineRule="auto"/>
        <w:jc w:val="both"/>
      </w:pPr>
    </w:p>
    <w:p w:rsidR="006722B1" w:rsidRDefault="006722B1" w:rsidP="006722B1">
      <w:pPr>
        <w:spacing w:after="0" w:line="240" w:lineRule="auto"/>
        <w:jc w:val="both"/>
      </w:pPr>
    </w:p>
    <w:p w:rsidR="006722B1" w:rsidRDefault="006722B1" w:rsidP="006722B1">
      <w:pPr>
        <w:spacing w:after="0" w:line="240" w:lineRule="auto"/>
        <w:jc w:val="both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D56DA">
        <w:trPr>
          <w:jc w:val="center"/>
        </w:trPr>
        <w:tc>
          <w:tcPr>
            <w:tcW w:w="4680" w:type="dxa"/>
          </w:tcPr>
          <w:p w:rsidR="00B572B0" w:rsidRDefault="009209F6" w:rsidP="00B572B0">
            <w:pPr>
              <w:spacing w:line="288" w:lineRule="auto"/>
            </w:pPr>
            <w:r>
              <w:rPr>
                <w:b/>
              </w:rPr>
              <w:t xml:space="preserve">Adres Bilgisi: </w:t>
            </w:r>
            <w:r>
              <w:br/>
            </w:r>
            <w:r>
              <w:rPr>
                <w:b/>
              </w:rPr>
              <w:t xml:space="preserve">Tel. No: </w:t>
            </w:r>
          </w:p>
          <w:p w:rsidR="003D56DA" w:rsidRDefault="009209F6" w:rsidP="00B572B0">
            <w:pPr>
              <w:spacing w:line="288" w:lineRule="auto"/>
            </w:pPr>
            <w:r>
              <w:rPr>
                <w:b/>
              </w:rPr>
              <w:t xml:space="preserve">E-Posta: </w:t>
            </w:r>
          </w:p>
        </w:tc>
        <w:tc>
          <w:tcPr>
            <w:tcW w:w="4680" w:type="dxa"/>
          </w:tcPr>
          <w:p w:rsidR="003D56DA" w:rsidRDefault="00CF280E" w:rsidP="00CF280E">
            <w:pPr>
              <w:spacing w:line="312" w:lineRule="auto"/>
            </w:pPr>
            <w:r>
              <w:rPr>
                <w:b/>
              </w:rPr>
              <w:t xml:space="preserve">                                    </w:t>
            </w:r>
            <w:proofErr w:type="spellStart"/>
            <w:r w:rsidR="009209F6">
              <w:rPr>
                <w:b/>
              </w:rPr>
              <w:t>Adı-Soyadı</w:t>
            </w:r>
            <w:proofErr w:type="spellEnd"/>
            <w:r w:rsidR="009209F6">
              <w:rPr>
                <w:b/>
              </w:rPr>
              <w:t xml:space="preserve">: </w:t>
            </w:r>
            <w:r w:rsidR="009209F6">
              <w:br/>
            </w:r>
            <w:r>
              <w:rPr>
                <w:b/>
              </w:rPr>
              <w:t xml:space="preserve">                                    </w:t>
            </w:r>
            <w:proofErr w:type="spellStart"/>
            <w:r w:rsidR="009209F6">
              <w:rPr>
                <w:b/>
              </w:rPr>
              <w:t>İmza</w:t>
            </w:r>
            <w:proofErr w:type="spellEnd"/>
            <w:r>
              <w:rPr>
                <w:b/>
              </w:rPr>
              <w:t>:</w:t>
            </w:r>
            <w:r w:rsidR="009209F6">
              <w:rPr>
                <w:b/>
              </w:rPr>
              <w:t xml:space="preserve"> </w:t>
            </w:r>
          </w:p>
        </w:tc>
      </w:tr>
    </w:tbl>
    <w:p w:rsidR="003D56DA" w:rsidRDefault="003D56DA">
      <w:pPr>
        <w:spacing w:after="240"/>
      </w:pPr>
    </w:p>
    <w:p w:rsidR="003D56DA" w:rsidRDefault="003D56DA">
      <w:pPr>
        <w:spacing w:after="12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2939"/>
        <w:gridCol w:w="2008"/>
        <w:gridCol w:w="1857"/>
      </w:tblGrid>
      <w:tr w:rsidR="003D56DA" w:rsidTr="00B572B0">
        <w:trPr>
          <w:jc w:val="center"/>
        </w:trPr>
        <w:tc>
          <w:tcPr>
            <w:tcW w:w="2592" w:type="dxa"/>
          </w:tcPr>
          <w:p w:rsidR="003D56DA" w:rsidRDefault="009209F6">
            <w:pPr>
              <w:jc w:val="center"/>
            </w:pPr>
            <w:r>
              <w:rPr>
                <w:b/>
                <w:sz w:val="20"/>
              </w:rPr>
              <w:t>TERCİH EDİLEN ÜNİVERSİTE</w:t>
            </w:r>
          </w:p>
        </w:tc>
        <w:tc>
          <w:tcPr>
            <w:tcW w:w="3009" w:type="dxa"/>
          </w:tcPr>
          <w:p w:rsidR="003D56DA" w:rsidRDefault="009209F6">
            <w:pPr>
              <w:jc w:val="center"/>
            </w:pPr>
            <w:r>
              <w:rPr>
                <w:b/>
                <w:sz w:val="20"/>
              </w:rPr>
              <w:t>TERCİH EDİLEN PROGRAM</w:t>
            </w:r>
          </w:p>
        </w:tc>
        <w:tc>
          <w:tcPr>
            <w:tcW w:w="2031" w:type="dxa"/>
          </w:tcPr>
          <w:p w:rsidR="003D56DA" w:rsidRDefault="009209F6">
            <w:pPr>
              <w:jc w:val="center"/>
            </w:pPr>
            <w:r>
              <w:rPr>
                <w:b/>
                <w:sz w:val="20"/>
              </w:rPr>
              <w:t>PROGRAMA YERLEŞTİĞİ ÖSYM TABAN PUANI</w:t>
            </w:r>
          </w:p>
        </w:tc>
        <w:tc>
          <w:tcPr>
            <w:tcW w:w="1872" w:type="dxa"/>
          </w:tcPr>
          <w:p w:rsidR="003D56DA" w:rsidRDefault="009209F6">
            <w:pPr>
              <w:jc w:val="center"/>
            </w:pPr>
            <w:r>
              <w:rPr>
                <w:b/>
                <w:sz w:val="20"/>
              </w:rPr>
              <w:t>TERCİH EDİLEN PROGRAMIN İLGİLİ YILDAKİ TABAN PUANI</w:t>
            </w:r>
          </w:p>
        </w:tc>
      </w:tr>
      <w:tr w:rsidR="003D56DA" w:rsidTr="00280943">
        <w:trPr>
          <w:trHeight w:val="480"/>
          <w:jc w:val="center"/>
        </w:trPr>
        <w:tc>
          <w:tcPr>
            <w:tcW w:w="2592" w:type="dxa"/>
          </w:tcPr>
          <w:p w:rsidR="003D56DA" w:rsidRDefault="003D56DA"/>
        </w:tc>
        <w:tc>
          <w:tcPr>
            <w:tcW w:w="3009" w:type="dxa"/>
          </w:tcPr>
          <w:p w:rsidR="003D56DA" w:rsidRDefault="003D56DA"/>
        </w:tc>
        <w:tc>
          <w:tcPr>
            <w:tcW w:w="2031" w:type="dxa"/>
          </w:tcPr>
          <w:p w:rsidR="003D56DA" w:rsidRDefault="003D56DA"/>
        </w:tc>
        <w:tc>
          <w:tcPr>
            <w:tcW w:w="1872" w:type="dxa"/>
          </w:tcPr>
          <w:p w:rsidR="003D56DA" w:rsidRDefault="003D56DA"/>
        </w:tc>
      </w:tr>
      <w:tr w:rsidR="003D56DA" w:rsidTr="00280943">
        <w:trPr>
          <w:trHeight w:val="559"/>
          <w:jc w:val="center"/>
        </w:trPr>
        <w:tc>
          <w:tcPr>
            <w:tcW w:w="2592" w:type="dxa"/>
          </w:tcPr>
          <w:p w:rsidR="003D56DA" w:rsidRDefault="003D56DA"/>
        </w:tc>
        <w:tc>
          <w:tcPr>
            <w:tcW w:w="3009" w:type="dxa"/>
          </w:tcPr>
          <w:p w:rsidR="003D56DA" w:rsidRDefault="003D56DA"/>
        </w:tc>
        <w:tc>
          <w:tcPr>
            <w:tcW w:w="2031" w:type="dxa"/>
          </w:tcPr>
          <w:p w:rsidR="003D56DA" w:rsidRDefault="003D56DA"/>
        </w:tc>
        <w:tc>
          <w:tcPr>
            <w:tcW w:w="1872" w:type="dxa"/>
          </w:tcPr>
          <w:p w:rsidR="003D56DA" w:rsidRDefault="003D56DA"/>
        </w:tc>
      </w:tr>
      <w:tr w:rsidR="003D56DA" w:rsidTr="00F43DD1">
        <w:trPr>
          <w:trHeight w:val="552"/>
          <w:jc w:val="center"/>
        </w:trPr>
        <w:tc>
          <w:tcPr>
            <w:tcW w:w="2592" w:type="dxa"/>
          </w:tcPr>
          <w:p w:rsidR="003D56DA" w:rsidRDefault="003D56DA"/>
        </w:tc>
        <w:tc>
          <w:tcPr>
            <w:tcW w:w="3009" w:type="dxa"/>
          </w:tcPr>
          <w:p w:rsidR="003D56DA" w:rsidRDefault="003D56DA"/>
        </w:tc>
        <w:tc>
          <w:tcPr>
            <w:tcW w:w="2031" w:type="dxa"/>
          </w:tcPr>
          <w:p w:rsidR="003D56DA" w:rsidRDefault="003D56DA"/>
        </w:tc>
        <w:tc>
          <w:tcPr>
            <w:tcW w:w="1872" w:type="dxa"/>
          </w:tcPr>
          <w:p w:rsidR="003D56DA" w:rsidRDefault="003D56DA"/>
        </w:tc>
      </w:tr>
      <w:tr w:rsidR="003D56DA" w:rsidTr="00F43DD1">
        <w:trPr>
          <w:trHeight w:val="560"/>
          <w:jc w:val="center"/>
        </w:trPr>
        <w:tc>
          <w:tcPr>
            <w:tcW w:w="2592" w:type="dxa"/>
          </w:tcPr>
          <w:p w:rsidR="003D56DA" w:rsidRDefault="003D56DA"/>
        </w:tc>
        <w:tc>
          <w:tcPr>
            <w:tcW w:w="3009" w:type="dxa"/>
          </w:tcPr>
          <w:p w:rsidR="003D56DA" w:rsidRDefault="003D56DA"/>
        </w:tc>
        <w:tc>
          <w:tcPr>
            <w:tcW w:w="2031" w:type="dxa"/>
          </w:tcPr>
          <w:p w:rsidR="003D56DA" w:rsidRDefault="003D56DA"/>
        </w:tc>
        <w:tc>
          <w:tcPr>
            <w:tcW w:w="1872" w:type="dxa"/>
          </w:tcPr>
          <w:p w:rsidR="003D56DA" w:rsidRDefault="003D56DA"/>
        </w:tc>
      </w:tr>
      <w:tr w:rsidR="003D56DA" w:rsidTr="00280943">
        <w:trPr>
          <w:trHeight w:val="555"/>
          <w:jc w:val="center"/>
        </w:trPr>
        <w:tc>
          <w:tcPr>
            <w:tcW w:w="2592" w:type="dxa"/>
          </w:tcPr>
          <w:p w:rsidR="003D56DA" w:rsidRDefault="003D56DA"/>
        </w:tc>
        <w:tc>
          <w:tcPr>
            <w:tcW w:w="3009" w:type="dxa"/>
          </w:tcPr>
          <w:p w:rsidR="003D56DA" w:rsidRDefault="003D56DA"/>
        </w:tc>
        <w:tc>
          <w:tcPr>
            <w:tcW w:w="2031" w:type="dxa"/>
          </w:tcPr>
          <w:p w:rsidR="003D56DA" w:rsidRDefault="003D56DA"/>
        </w:tc>
        <w:tc>
          <w:tcPr>
            <w:tcW w:w="1872" w:type="dxa"/>
          </w:tcPr>
          <w:p w:rsidR="003D56DA" w:rsidRDefault="003D56DA"/>
        </w:tc>
      </w:tr>
    </w:tbl>
    <w:p w:rsidR="009209F6" w:rsidRDefault="009209F6"/>
    <w:sectPr w:rsidR="009209F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80943"/>
    <w:rsid w:val="0029639D"/>
    <w:rsid w:val="00326F90"/>
    <w:rsid w:val="003D56DA"/>
    <w:rsid w:val="005C1026"/>
    <w:rsid w:val="006722B1"/>
    <w:rsid w:val="006809B1"/>
    <w:rsid w:val="009209F6"/>
    <w:rsid w:val="009811AF"/>
    <w:rsid w:val="00AA1D8D"/>
    <w:rsid w:val="00B47730"/>
    <w:rsid w:val="00B572B0"/>
    <w:rsid w:val="00C4598F"/>
    <w:rsid w:val="00CB0664"/>
    <w:rsid w:val="00CD0EE1"/>
    <w:rsid w:val="00CF280E"/>
    <w:rsid w:val="00D9462C"/>
    <w:rsid w:val="00F43D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59588"/>
  <w14:defaultImageDpi w14:val="300"/>
  <w15:docId w15:val="{83C39E9F-19CC-4739-A867-5E040AD6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5C1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102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02E850-8AFE-4DDA-B10E-39C2C8C4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19</cp:revision>
  <cp:lastPrinted>2026-10-09T08:20:00Z</cp:lastPrinted>
  <dcterms:created xsi:type="dcterms:W3CDTF">2026-10-09T08:18:00Z</dcterms:created>
  <dcterms:modified xsi:type="dcterms:W3CDTF">2026-10-09T12:10:00Z</dcterms:modified>
  <cp:category/>
</cp:coreProperties>
</file>